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5D40" w14:textId="77777777" w:rsidR="000A3BA9" w:rsidRDefault="00000000">
      <w:pPr>
        <w:jc w:val="center"/>
        <w:rPr>
          <w:rFonts w:hint="eastAsia"/>
        </w:rPr>
      </w:pPr>
      <w:r>
        <w:rPr>
          <w:b/>
          <w:color w:val="2D2341"/>
          <w:sz w:val="46"/>
        </w:rPr>
        <w:t>TIFFANY IRIS</w:t>
      </w:r>
    </w:p>
    <w:p w14:paraId="003107F7" w14:textId="77777777" w:rsidR="000A3BA9" w:rsidRDefault="00000000" w:rsidP="00F27C10">
      <w:pPr>
        <w:spacing w:after="0"/>
        <w:jc w:val="center"/>
        <w:rPr>
          <w:rFonts w:hint="eastAsia"/>
        </w:rPr>
      </w:pPr>
      <w:r>
        <w:t>Toronto, Ontario  |  5′1½″ / 156 cm  |  Black hair  |  Dark eyes</w:t>
      </w:r>
    </w:p>
    <w:p w14:paraId="740B4C8B" w14:textId="1EABDDC4" w:rsidR="000A3BA9" w:rsidRDefault="00000000" w:rsidP="00F27C10">
      <w:pPr>
        <w:pBdr>
          <w:bottom w:val="single" w:sz="6" w:space="1" w:color="auto"/>
        </w:pBdr>
        <w:spacing w:after="0"/>
        <w:jc w:val="center"/>
        <w:rPr>
          <w:rFonts w:hint="eastAsia"/>
        </w:rPr>
      </w:pPr>
      <w:proofErr w:type="gramStart"/>
      <w:r>
        <w:t>tiffyiris@icloud.com  |</w:t>
      </w:r>
      <w:proofErr w:type="gramEnd"/>
      <w:r>
        <w:t xml:space="preserve">  +1 (647) 867-</w:t>
      </w:r>
      <w:proofErr w:type="gramStart"/>
      <w:r>
        <w:t>5711  |</w:t>
      </w:r>
      <w:proofErr w:type="gramEnd"/>
      <w:r>
        <w:t xml:space="preserve">  tiffyiris.com</w:t>
      </w:r>
    </w:p>
    <w:p w14:paraId="70846B14" w14:textId="3500E565" w:rsidR="000A3BA9" w:rsidRDefault="00000000">
      <w:pPr>
        <w:spacing w:before="200" w:after="80"/>
        <w:rPr>
          <w:rFonts w:hint="eastAsia"/>
        </w:rPr>
      </w:pPr>
      <w:r>
        <w:rPr>
          <w:b/>
          <w:color w:val="63417F"/>
        </w:rPr>
        <w:t>INDEPENDENT FILM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1656"/>
        <w:gridCol w:w="4680"/>
      </w:tblGrid>
      <w:tr w:rsidR="000A3BA9" w14:paraId="740FCDFB" w14:textId="77777777">
        <w:tc>
          <w:tcPr>
            <w:tcW w:w="3384" w:type="dxa"/>
          </w:tcPr>
          <w:p w14:paraId="230CCCC9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Sarah’s First Waltz</w:t>
            </w:r>
          </w:p>
        </w:tc>
        <w:tc>
          <w:tcPr>
            <w:tcW w:w="1656" w:type="dxa"/>
          </w:tcPr>
          <w:p w14:paraId="3D1911DD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Lead</w:t>
            </w:r>
          </w:p>
        </w:tc>
        <w:tc>
          <w:tcPr>
            <w:tcW w:w="4680" w:type="dxa"/>
          </w:tcPr>
          <w:p w14:paraId="05CF12C5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Saunica Films · Dir. Alex Chung</w:t>
            </w:r>
          </w:p>
        </w:tc>
      </w:tr>
      <w:tr w:rsidR="000A3BA9" w14:paraId="6F46CB8D" w14:textId="77777777">
        <w:tc>
          <w:tcPr>
            <w:tcW w:w="3384" w:type="dxa"/>
          </w:tcPr>
          <w:p w14:paraId="1D5DFBCA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Tell Me a Scary Story</w:t>
            </w:r>
          </w:p>
        </w:tc>
        <w:tc>
          <w:tcPr>
            <w:tcW w:w="1656" w:type="dxa"/>
          </w:tcPr>
          <w:p w14:paraId="3991338C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Lead</w:t>
            </w:r>
          </w:p>
        </w:tc>
        <w:tc>
          <w:tcPr>
            <w:tcW w:w="4680" w:type="dxa"/>
          </w:tcPr>
          <w:p w14:paraId="1273606C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School project · Dir. Nathan Chan</w:t>
            </w:r>
          </w:p>
        </w:tc>
      </w:tr>
      <w:tr w:rsidR="000A3BA9" w14:paraId="4153C4D3" w14:textId="77777777">
        <w:tc>
          <w:tcPr>
            <w:tcW w:w="3384" w:type="dxa"/>
          </w:tcPr>
          <w:p w14:paraId="09FBC288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The Argument</w:t>
            </w:r>
          </w:p>
        </w:tc>
        <w:tc>
          <w:tcPr>
            <w:tcW w:w="1656" w:type="dxa"/>
          </w:tcPr>
          <w:p w14:paraId="1A629AE0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Lead</w:t>
            </w:r>
          </w:p>
        </w:tc>
        <w:tc>
          <w:tcPr>
            <w:tcW w:w="4680" w:type="dxa"/>
          </w:tcPr>
          <w:p w14:paraId="53DC3115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School project · Dir. Elizabeth Morran</w:t>
            </w:r>
          </w:p>
        </w:tc>
      </w:tr>
      <w:tr w:rsidR="000A3BA9" w14:paraId="13ECB52F" w14:textId="77777777">
        <w:tc>
          <w:tcPr>
            <w:tcW w:w="3384" w:type="dxa"/>
          </w:tcPr>
          <w:p w14:paraId="45B2B675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Fight for What You Want</w:t>
            </w:r>
          </w:p>
        </w:tc>
        <w:tc>
          <w:tcPr>
            <w:tcW w:w="1656" w:type="dxa"/>
          </w:tcPr>
          <w:p w14:paraId="740E7E3E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Guest Star</w:t>
            </w:r>
          </w:p>
        </w:tc>
        <w:tc>
          <w:tcPr>
            <w:tcW w:w="4680" w:type="dxa"/>
          </w:tcPr>
          <w:p w14:paraId="6B0E0542" w14:textId="0B8FABD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School project · Dir. Tiffany Kwo</w:t>
            </w:r>
            <w:r w:rsidR="00F27C10">
              <w:rPr>
                <w:sz w:val="19"/>
              </w:rPr>
              <w:t>ng</w:t>
            </w:r>
          </w:p>
        </w:tc>
      </w:tr>
    </w:tbl>
    <w:p w14:paraId="7AEF7774" w14:textId="77777777" w:rsidR="000A3BA9" w:rsidRDefault="00000000">
      <w:pPr>
        <w:spacing w:before="200" w:after="80"/>
        <w:rPr>
          <w:rFonts w:hint="eastAsia"/>
        </w:rPr>
      </w:pPr>
      <w:r>
        <w:rPr>
          <w:b/>
          <w:color w:val="63417F"/>
        </w:rPr>
        <w:t>TELEVISION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1656"/>
        <w:gridCol w:w="4680"/>
      </w:tblGrid>
      <w:tr w:rsidR="000A3BA9" w14:paraId="5AFF23BD" w14:textId="77777777">
        <w:tc>
          <w:tcPr>
            <w:tcW w:w="3384" w:type="dxa"/>
          </w:tcPr>
          <w:p w14:paraId="4FC6A3DC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Food Festivals</w:t>
            </w:r>
          </w:p>
        </w:tc>
        <w:tc>
          <w:tcPr>
            <w:tcW w:w="1656" w:type="dxa"/>
          </w:tcPr>
          <w:p w14:paraId="12891F8B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TV Host</w:t>
            </w:r>
          </w:p>
        </w:tc>
        <w:tc>
          <w:tcPr>
            <w:tcW w:w="4680" w:type="dxa"/>
          </w:tcPr>
          <w:p w14:paraId="318BCB33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WowTV · Dir. Joe Tay</w:t>
            </w:r>
          </w:p>
        </w:tc>
      </w:tr>
      <w:tr w:rsidR="000A3BA9" w14:paraId="6C46823E" w14:textId="77777777">
        <w:tc>
          <w:tcPr>
            <w:tcW w:w="3384" w:type="dxa"/>
          </w:tcPr>
          <w:p w14:paraId="090AFD0E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Girl Talk</w:t>
            </w:r>
          </w:p>
        </w:tc>
        <w:tc>
          <w:tcPr>
            <w:tcW w:w="1656" w:type="dxa"/>
          </w:tcPr>
          <w:p w14:paraId="059AAB13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Guest Star</w:t>
            </w:r>
          </w:p>
        </w:tc>
        <w:tc>
          <w:tcPr>
            <w:tcW w:w="4680" w:type="dxa"/>
          </w:tcPr>
          <w:p w14:paraId="19A1B918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WowTV · Dir. Joe Tay</w:t>
            </w:r>
          </w:p>
        </w:tc>
      </w:tr>
    </w:tbl>
    <w:p w14:paraId="67FF6B06" w14:textId="77777777" w:rsidR="000A3BA9" w:rsidRDefault="00000000">
      <w:pPr>
        <w:spacing w:before="200" w:after="80"/>
        <w:rPr>
          <w:rFonts w:hint="eastAsia"/>
        </w:rPr>
      </w:pPr>
      <w:r>
        <w:rPr>
          <w:b/>
          <w:color w:val="63417F"/>
        </w:rPr>
        <w:t>MUSIC VIDEO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1656"/>
        <w:gridCol w:w="4680"/>
      </w:tblGrid>
      <w:tr w:rsidR="000A3BA9" w14:paraId="5915F0FC" w14:textId="77777777">
        <w:tc>
          <w:tcPr>
            <w:tcW w:w="3384" w:type="dxa"/>
          </w:tcPr>
          <w:p w14:paraId="4CB9B19A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Twerk Certificate</w:t>
            </w:r>
          </w:p>
        </w:tc>
        <w:tc>
          <w:tcPr>
            <w:tcW w:w="1656" w:type="dxa"/>
          </w:tcPr>
          <w:p w14:paraId="0ADF346B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Music Video</w:t>
            </w:r>
          </w:p>
        </w:tc>
        <w:tc>
          <w:tcPr>
            <w:tcW w:w="4680" w:type="dxa"/>
          </w:tcPr>
          <w:p w14:paraId="2FEAADAF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7lakes · Kinoki Productions · Dir. Isaiah Sepidoza</w:t>
            </w:r>
          </w:p>
        </w:tc>
      </w:tr>
    </w:tbl>
    <w:p w14:paraId="39CAC84B" w14:textId="77777777" w:rsidR="000A3BA9" w:rsidRDefault="00000000">
      <w:pPr>
        <w:spacing w:before="200" w:after="80"/>
        <w:rPr>
          <w:rFonts w:hint="eastAsia"/>
        </w:rPr>
      </w:pPr>
      <w:r>
        <w:rPr>
          <w:b/>
          <w:color w:val="63417F"/>
        </w:rPr>
        <w:t>TRAINING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84"/>
        <w:gridCol w:w="1656"/>
        <w:gridCol w:w="4680"/>
      </w:tblGrid>
      <w:tr w:rsidR="000A3BA9" w14:paraId="4AAF9C6E" w14:textId="77777777">
        <w:tc>
          <w:tcPr>
            <w:tcW w:w="3384" w:type="dxa"/>
          </w:tcPr>
          <w:p w14:paraId="3372A96F" w14:textId="77777777" w:rsidR="000A3BA9" w:rsidRDefault="00000000">
            <w:pPr>
              <w:rPr>
                <w:rFonts w:hint="eastAsia"/>
              </w:rPr>
            </w:pPr>
            <w:r>
              <w:rPr>
                <w:b/>
                <w:sz w:val="19"/>
              </w:rPr>
              <w:t>Acting Classes</w:t>
            </w:r>
          </w:p>
        </w:tc>
        <w:tc>
          <w:tcPr>
            <w:tcW w:w="1656" w:type="dxa"/>
          </w:tcPr>
          <w:p w14:paraId="50DAC60A" w14:textId="77777777" w:rsidR="000A3BA9" w:rsidRDefault="000A3BA9">
            <w:pPr>
              <w:rPr>
                <w:rFonts w:hint="eastAsia"/>
              </w:rPr>
            </w:pPr>
          </w:p>
        </w:tc>
        <w:tc>
          <w:tcPr>
            <w:tcW w:w="4680" w:type="dxa"/>
          </w:tcPr>
          <w:p w14:paraId="73EC48BE" w14:textId="77777777" w:rsidR="000A3BA9" w:rsidRDefault="00000000">
            <w:pPr>
              <w:rPr>
                <w:rFonts w:hint="eastAsia"/>
              </w:rPr>
            </w:pPr>
            <w:r>
              <w:rPr>
                <w:sz w:val="19"/>
              </w:rPr>
              <w:t>EVN Studios · Toronto</w:t>
            </w:r>
          </w:p>
        </w:tc>
      </w:tr>
    </w:tbl>
    <w:p w14:paraId="4E110818" w14:textId="77777777" w:rsidR="000A3BA9" w:rsidRDefault="00000000">
      <w:pPr>
        <w:spacing w:before="200"/>
        <w:rPr>
          <w:rFonts w:hint="eastAsia"/>
        </w:rPr>
      </w:pPr>
      <w:r>
        <w:rPr>
          <w:b/>
          <w:color w:val="63417F"/>
        </w:rPr>
        <w:t>ADDITIONAL PERFORMANCE MATERIAL</w:t>
      </w:r>
    </w:p>
    <w:p w14:paraId="7E705C47" w14:textId="77777777" w:rsidR="000A3BA9" w:rsidRDefault="00000000">
      <w:pPr>
        <w:rPr>
          <w:rFonts w:hint="eastAsia"/>
        </w:rPr>
      </w:pPr>
      <w:r>
        <w:t>Peik Lin (Crazy Rich Asians) · Frustrated Motel Customer · Spoiled Brat · Flight Attendant · Entrepreneur — monologues / scene work</w:t>
      </w:r>
    </w:p>
    <w:p w14:paraId="37910EA6" w14:textId="77777777" w:rsidR="000A3BA9" w:rsidRDefault="00000000">
      <w:pPr>
        <w:spacing w:before="160"/>
        <w:rPr>
          <w:rFonts w:hint="eastAsia"/>
        </w:rPr>
      </w:pPr>
      <w:r>
        <w:rPr>
          <w:b/>
          <w:color w:val="63417F"/>
        </w:rPr>
        <w:t>SPECIAL SKILLS</w:t>
      </w:r>
    </w:p>
    <w:p w14:paraId="52EBBDB6" w14:textId="77777777" w:rsidR="000A3BA9" w:rsidRDefault="00000000">
      <w:pPr>
        <w:rPr>
          <w:rFonts w:hint="eastAsia"/>
        </w:rPr>
      </w:pPr>
      <w:r>
        <w:t>Languages: English; conversational Cantonese and Mandarin  |  Instruments: Piano, flute  |  Sports / movement: Badminton, hula hoop</w:t>
      </w:r>
    </w:p>
    <w:sectPr w:rsidR="000A3BA9" w:rsidSect="00034616">
      <w:pgSz w:w="12240" w:h="15840"/>
      <w:pgMar w:top="936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79192">
    <w:abstractNumId w:val="8"/>
  </w:num>
  <w:num w:numId="2" w16cid:durableId="1395742721">
    <w:abstractNumId w:val="6"/>
  </w:num>
  <w:num w:numId="3" w16cid:durableId="1295596788">
    <w:abstractNumId w:val="5"/>
  </w:num>
  <w:num w:numId="4" w16cid:durableId="366031590">
    <w:abstractNumId w:val="4"/>
  </w:num>
  <w:num w:numId="5" w16cid:durableId="442195530">
    <w:abstractNumId w:val="7"/>
  </w:num>
  <w:num w:numId="6" w16cid:durableId="1648893988">
    <w:abstractNumId w:val="3"/>
  </w:num>
  <w:num w:numId="7" w16cid:durableId="911619535">
    <w:abstractNumId w:val="2"/>
  </w:num>
  <w:num w:numId="8" w16cid:durableId="1317802366">
    <w:abstractNumId w:val="1"/>
  </w:num>
  <w:num w:numId="9" w16cid:durableId="110874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BA9"/>
    <w:rsid w:val="0015074B"/>
    <w:rsid w:val="0029639D"/>
    <w:rsid w:val="00326F90"/>
    <w:rsid w:val="00614DA6"/>
    <w:rsid w:val="00AA1D8D"/>
    <w:rsid w:val="00B47730"/>
    <w:rsid w:val="00CB0664"/>
    <w:rsid w:val="00F27C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92B21"/>
  <w14:defaultImageDpi w14:val="300"/>
  <w15:docId w15:val="{437036CE-FBCA-4477-A74D-E8FE9C08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Tiffany K</cp:lastModifiedBy>
  <cp:revision>2</cp:revision>
  <dcterms:created xsi:type="dcterms:W3CDTF">2013-12-23T23:15:00Z</dcterms:created>
  <dcterms:modified xsi:type="dcterms:W3CDTF">2026-10-29T01:09:00Z</dcterms:modified>
  <cp:category/>
</cp:coreProperties>
</file>